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F8AF5" w14:textId="77777777" w:rsidR="00C5332F" w:rsidRDefault="00C5332F"/>
    <w:p w14:paraId="46D2B9EC" w14:textId="3D6BDECD" w:rsidR="00C5332F" w:rsidRPr="00DE451F" w:rsidRDefault="00DE451F" w:rsidP="00DE451F">
      <w:pPr>
        <w:pStyle w:val="Heading2"/>
        <w:rPr>
          <w:color w:val="auto"/>
        </w:rPr>
      </w:pPr>
      <w:r>
        <w:rPr>
          <w:color w:val="auto"/>
        </w:rPr>
        <w:t xml:space="preserve">                                               </w:t>
      </w:r>
      <w:r w:rsidR="00111C27" w:rsidRPr="00DE451F">
        <w:rPr>
          <w:color w:val="auto"/>
        </w:rPr>
        <w:t>Certain Day Ministries</w:t>
      </w:r>
    </w:p>
    <w:p w14:paraId="1D337DE2" w14:textId="7FF0133F" w:rsidR="00C5332F" w:rsidRPr="00DE451F" w:rsidRDefault="00084E4A" w:rsidP="00DE451F">
      <w:pPr>
        <w:pStyle w:val="Heading2"/>
        <w:rPr>
          <w:color w:val="auto"/>
        </w:rPr>
      </w:pPr>
      <w:r>
        <w:rPr>
          <w:color w:val="auto"/>
        </w:rPr>
        <w:t xml:space="preserve">                                                    </w:t>
      </w:r>
      <w:r w:rsidR="00111C27" w:rsidRPr="00DE451F">
        <w:rPr>
          <w:color w:val="auto"/>
        </w:rPr>
        <w:t>Consent Form</w:t>
      </w:r>
    </w:p>
    <w:p w14:paraId="5B711733" w14:textId="77777777" w:rsidR="00C5332F" w:rsidRPr="00DE451F" w:rsidRDefault="00C5332F"/>
    <w:p w14:paraId="1C93E00A" w14:textId="36FECF35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Participant Name: __________________________________________</w:t>
      </w:r>
      <w:r>
        <w:rPr>
          <w:b/>
          <w:bCs/>
        </w:rPr>
        <w:t>__________________________________</w:t>
      </w:r>
    </w:p>
    <w:p w14:paraId="47016DF3" w14:textId="3F03187C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Date of Birth: ____________________</w:t>
      </w:r>
      <w:r w:rsidR="00D61205" w:rsidRPr="00084E4A">
        <w:rPr>
          <w:b/>
          <w:bCs/>
        </w:rPr>
        <w:t>__________________________</w:t>
      </w:r>
      <w:r>
        <w:rPr>
          <w:b/>
          <w:bCs/>
        </w:rPr>
        <w:t>____________________________________</w:t>
      </w:r>
    </w:p>
    <w:p w14:paraId="6A2E3605" w14:textId="77777777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1. Purpose of Services</w:t>
      </w:r>
    </w:p>
    <w:p w14:paraId="09DB4F7C" w14:textId="77777777" w:rsidR="00C5332F" w:rsidRDefault="00111C27">
      <w:r>
        <w:t>Certain Day Ministries provides Christ-centered recovery support, life-coaching, discipleship, residential services, and community-based ministry activities. This consent form affirms the participant’s willingness to engage in these services with understanding and agreement.</w:t>
      </w:r>
    </w:p>
    <w:p w14:paraId="34D9D103" w14:textId="77777777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2. Voluntary Participation</w:t>
      </w:r>
    </w:p>
    <w:p w14:paraId="2334325D" w14:textId="77777777" w:rsidR="00C5332F" w:rsidRDefault="00111C27">
      <w:r>
        <w:t>Participation is voluntary. The participant may discontinue services at any time, with the request that communication is made so staff may support transitions in a healthy manner.</w:t>
      </w:r>
    </w:p>
    <w:p w14:paraId="6564F7C8" w14:textId="77777777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3. Confidentiality</w:t>
      </w:r>
    </w:p>
    <w:p w14:paraId="6D82A8C4" w14:textId="77777777" w:rsidR="00C5332F" w:rsidRDefault="00111C27">
      <w:r>
        <w:t>Personal information is treated with care. Information will remain confidential except when:</w:t>
      </w:r>
    </w:p>
    <w:p w14:paraId="489163BC" w14:textId="77777777" w:rsidR="00C5332F" w:rsidRDefault="00111C27">
      <w:r>
        <w:t>- Written permission is granted for release.</w:t>
      </w:r>
    </w:p>
    <w:p w14:paraId="0CABF8F2" w14:textId="77777777" w:rsidR="00C5332F" w:rsidRDefault="00111C27">
      <w:r>
        <w:t>- There is concern of harm to self or others.</w:t>
      </w:r>
    </w:p>
    <w:p w14:paraId="3C7A00A1" w14:textId="77777777" w:rsidR="00C5332F" w:rsidRDefault="00111C27">
      <w:r>
        <w:t>- There is suspected abuse or neglect of a minor, elderly individual, or vulnerable adult.</w:t>
      </w:r>
    </w:p>
    <w:p w14:paraId="2F76FA7A" w14:textId="77777777" w:rsidR="00C5332F" w:rsidRDefault="00111C27">
      <w:r>
        <w:t>- Required by law through court or legal authorities.</w:t>
      </w:r>
    </w:p>
    <w:p w14:paraId="3647F09C" w14:textId="77777777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4. Nature of Services</w:t>
      </w:r>
    </w:p>
    <w:p w14:paraId="00E65FA7" w14:textId="77777777" w:rsidR="00C5332F" w:rsidRDefault="00111C27">
      <w:r>
        <w:t>Services include:</w:t>
      </w:r>
    </w:p>
    <w:p w14:paraId="20F03F05" w14:textId="77777777" w:rsidR="00C5332F" w:rsidRDefault="00111C27">
      <w:r>
        <w:t>- Recovery support and coaching</w:t>
      </w:r>
    </w:p>
    <w:p w14:paraId="3BAE62E2" w14:textId="77777777" w:rsidR="00C5332F" w:rsidRDefault="00111C27">
      <w:r>
        <w:lastRenderedPageBreak/>
        <w:t>- Group classes and meetings</w:t>
      </w:r>
    </w:p>
    <w:p w14:paraId="2C1442B2" w14:textId="77777777" w:rsidR="00C5332F" w:rsidRDefault="00111C27">
      <w:r>
        <w:t>- Life skills training</w:t>
      </w:r>
    </w:p>
    <w:p w14:paraId="204F6681" w14:textId="77777777" w:rsidR="00C5332F" w:rsidRDefault="00111C27">
      <w:r>
        <w:t>- Spiritual guidance and discipleship</w:t>
      </w:r>
    </w:p>
    <w:p w14:paraId="6EEBD33A" w14:textId="77777777" w:rsidR="005A051F" w:rsidRDefault="00111C27">
      <w:r>
        <w:t>- Residential structure and accountabilit</w:t>
      </w:r>
      <w:r w:rsidR="005A051F">
        <w:t xml:space="preserve">y </w:t>
      </w:r>
    </w:p>
    <w:p w14:paraId="51ED2719" w14:textId="642EB53D" w:rsidR="00C5332F" w:rsidRDefault="00111C27">
      <w:r>
        <w:t>- Referrals to outside services when needed</w:t>
      </w:r>
    </w:p>
    <w:p w14:paraId="6A8C31F8" w14:textId="77777777" w:rsidR="00C5332F" w:rsidRPr="006C1169" w:rsidRDefault="00111C27">
      <w:pPr>
        <w:rPr>
          <w:b/>
          <w:bCs/>
        </w:rPr>
      </w:pPr>
      <w:r w:rsidRPr="006C1169">
        <w:rPr>
          <w:b/>
          <w:bCs/>
        </w:rPr>
        <w:t>Certain Day Ministries is a faith-based organization with Christ-centered principles guiding all programs.</w:t>
      </w:r>
    </w:p>
    <w:p w14:paraId="25E3EF40" w14:textId="77777777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5. Limitations of Services</w:t>
      </w:r>
    </w:p>
    <w:p w14:paraId="345E22AC" w14:textId="77777777" w:rsidR="00C5332F" w:rsidRDefault="00111C27">
      <w:r>
        <w:t>Certain Day Ministries does not provide:</w:t>
      </w:r>
    </w:p>
    <w:p w14:paraId="1A64F1B6" w14:textId="77777777" w:rsidR="00C5332F" w:rsidRDefault="00111C27">
      <w:r>
        <w:t>- Medical diagnosis or treatment</w:t>
      </w:r>
    </w:p>
    <w:p w14:paraId="2D9982B3" w14:textId="77777777" w:rsidR="00C5332F" w:rsidRDefault="00111C27">
      <w:r>
        <w:t>- Mental health counseling by licensed clinicians</w:t>
      </w:r>
    </w:p>
    <w:p w14:paraId="7537CD9D" w14:textId="77777777" w:rsidR="00C5332F" w:rsidRDefault="00111C27">
      <w:r>
        <w:t>- Prescription or medication management</w:t>
      </w:r>
    </w:p>
    <w:p w14:paraId="0F1B521A" w14:textId="77777777" w:rsidR="00C5332F" w:rsidRPr="006C1169" w:rsidRDefault="00111C27">
      <w:pPr>
        <w:rPr>
          <w:b/>
          <w:bCs/>
        </w:rPr>
      </w:pPr>
      <w:r w:rsidRPr="006C1169">
        <w:rPr>
          <w:b/>
          <w:bCs/>
        </w:rPr>
        <w:t>Referrals will be offered when professional services are needed.</w:t>
      </w:r>
    </w:p>
    <w:p w14:paraId="3DDB8AAC" w14:textId="77777777" w:rsidR="006C1169" w:rsidRDefault="00111C27">
      <w:pPr>
        <w:rPr>
          <w:b/>
          <w:bCs/>
        </w:rPr>
      </w:pPr>
      <w:r w:rsidRPr="00084E4A">
        <w:rPr>
          <w:b/>
          <w:bCs/>
        </w:rPr>
        <w:t>6. Communication &amp; Conduct</w:t>
      </w:r>
    </w:p>
    <w:p w14:paraId="5B805F26" w14:textId="20A039F1" w:rsidR="00C5332F" w:rsidRPr="006C1169" w:rsidRDefault="00111C27">
      <w:pPr>
        <w:rPr>
          <w:b/>
          <w:bCs/>
        </w:rPr>
      </w:pPr>
      <w:r>
        <w:t>Participants agree to communicate honestly, follow ministry guidelines, and respect others to maintain a peaceful, safe environment.</w:t>
      </w:r>
    </w:p>
    <w:p w14:paraId="342916CF" w14:textId="77777777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7. Consent for Basic Information Use</w:t>
      </w:r>
    </w:p>
    <w:p w14:paraId="275CC73C" w14:textId="77777777" w:rsidR="00C5332F" w:rsidRDefault="00111C27">
      <w:r>
        <w:t>The participant consents to Certain Day Ministries collecting and maintaining personal and emergency information for ministry purposes.</w:t>
      </w:r>
    </w:p>
    <w:p w14:paraId="0F5A1D8C" w14:textId="77777777" w:rsidR="00C5332F" w:rsidRPr="00084E4A" w:rsidRDefault="00111C27">
      <w:pPr>
        <w:rPr>
          <w:b/>
          <w:bCs/>
        </w:rPr>
      </w:pPr>
      <w:r w:rsidRPr="00084E4A">
        <w:rPr>
          <w:b/>
          <w:bCs/>
        </w:rPr>
        <w:t>8. Acknowledgment &amp; Agreement</w:t>
      </w:r>
    </w:p>
    <w:p w14:paraId="0F2C31CB" w14:textId="77777777" w:rsidR="00C5332F" w:rsidRDefault="00111C27">
      <w:r>
        <w:t>The participant acknowledges reading, understanding, and voluntarily agreeing to the terms of this Consent Form.</w:t>
      </w:r>
    </w:p>
    <w:p w14:paraId="2D7EF97C" w14:textId="77777777" w:rsidR="00C5332F" w:rsidRDefault="00C5332F"/>
    <w:p w14:paraId="7B35E17C" w14:textId="50FBAA28" w:rsidR="00C5332F" w:rsidRDefault="00111C27">
      <w:r>
        <w:t>Participant Signature: _________________________________________</w:t>
      </w:r>
      <w:r w:rsidR="00FA3D72">
        <w:t>______________________________</w:t>
      </w:r>
    </w:p>
    <w:p w14:paraId="5D185146" w14:textId="77777777" w:rsidR="00C5332F" w:rsidRDefault="00111C27">
      <w:r>
        <w:t>Date: ____________________</w:t>
      </w:r>
    </w:p>
    <w:p w14:paraId="08F2D4C2" w14:textId="77777777" w:rsidR="00C5332F" w:rsidRDefault="00C5332F"/>
    <w:p w14:paraId="66D8C049" w14:textId="43E228B0" w:rsidR="00C5332F" w:rsidRDefault="00111C27">
      <w:r>
        <w:t>Staff</w:t>
      </w:r>
      <w:r w:rsidR="007B51B6">
        <w:t xml:space="preserve"> </w:t>
      </w:r>
      <w:r>
        <w:t>Signature: _________________________________</w:t>
      </w:r>
      <w:r w:rsidR="00FA3D72">
        <w:t>_____________________________________________</w:t>
      </w:r>
    </w:p>
    <w:p w14:paraId="245597FF" w14:textId="77777777" w:rsidR="00C5332F" w:rsidRDefault="00111C27">
      <w:r>
        <w:t>Date: ____________________</w:t>
      </w:r>
    </w:p>
    <w:p w14:paraId="6C3C3512" w14:textId="77777777" w:rsidR="007B51B6" w:rsidRDefault="007B51B6"/>
    <w:p w14:paraId="3962A33A" w14:textId="0F40DE62" w:rsidR="007B51B6" w:rsidRDefault="007B51B6">
      <w:r>
        <w:t>Witness Signature: ________________</w:t>
      </w:r>
      <w:r w:rsidR="00FA3D72">
        <w:t>___________________________________________________________</w:t>
      </w:r>
    </w:p>
    <w:p w14:paraId="400911A7" w14:textId="0EAB37EB" w:rsidR="00111C27" w:rsidRDefault="00111C27">
      <w:r>
        <w:t>Date: ______________________</w:t>
      </w:r>
    </w:p>
    <w:p w14:paraId="02B4E58F" w14:textId="77777777" w:rsidR="00C5332F" w:rsidRDefault="00C5332F"/>
    <w:sectPr w:rsidR="00C5332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2515434">
    <w:abstractNumId w:val="8"/>
  </w:num>
  <w:num w:numId="2" w16cid:durableId="2054647261">
    <w:abstractNumId w:val="6"/>
  </w:num>
  <w:num w:numId="3" w16cid:durableId="1967277970">
    <w:abstractNumId w:val="5"/>
  </w:num>
  <w:num w:numId="4" w16cid:durableId="1266959567">
    <w:abstractNumId w:val="4"/>
  </w:num>
  <w:num w:numId="5" w16cid:durableId="1537960732">
    <w:abstractNumId w:val="7"/>
  </w:num>
  <w:num w:numId="6" w16cid:durableId="497188101">
    <w:abstractNumId w:val="3"/>
  </w:num>
  <w:num w:numId="7" w16cid:durableId="1038697084">
    <w:abstractNumId w:val="2"/>
  </w:num>
  <w:num w:numId="8" w16cid:durableId="1055272305">
    <w:abstractNumId w:val="1"/>
  </w:num>
  <w:num w:numId="9" w16cid:durableId="84817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E4A"/>
    <w:rsid w:val="00111C27"/>
    <w:rsid w:val="0015074B"/>
    <w:rsid w:val="00282D06"/>
    <w:rsid w:val="0029639D"/>
    <w:rsid w:val="00326F90"/>
    <w:rsid w:val="005A051F"/>
    <w:rsid w:val="00630477"/>
    <w:rsid w:val="006C1169"/>
    <w:rsid w:val="007B51B6"/>
    <w:rsid w:val="007B6E95"/>
    <w:rsid w:val="00AA1D8D"/>
    <w:rsid w:val="00B47730"/>
    <w:rsid w:val="00C5332F"/>
    <w:rsid w:val="00CB0664"/>
    <w:rsid w:val="00D61205"/>
    <w:rsid w:val="00DE451F"/>
    <w:rsid w:val="00FA3D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B9F46B-7332-432A-9BA6-D1D95A38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Randall Kimbrell</cp:lastModifiedBy>
  <cp:revision>10</cp:revision>
  <dcterms:created xsi:type="dcterms:W3CDTF">2013-12-23T23:15:00Z</dcterms:created>
  <dcterms:modified xsi:type="dcterms:W3CDTF">2025-11-25T20:47:00Z</dcterms:modified>
  <cp:category/>
</cp:coreProperties>
</file>